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655ABD" w14:textId="1BCD0DBE" w:rsidR="004C00CC" w:rsidRDefault="00F1585A">
      <w:pPr>
        <w:pStyle w:val="Nagwek1"/>
      </w:pPr>
      <w:r>
        <w:t>REGULAMIN KONKURSU NA MINIGRANTY WOLONTARIACKI</w:t>
      </w:r>
      <w:r w:rsidR="00D476BE">
        <w:t>E „RADOŚĆ DAWANIA” – EDYCJA 2026</w:t>
      </w:r>
    </w:p>
    <w:p w14:paraId="3756EDEF" w14:textId="77777777" w:rsidR="004C00CC" w:rsidRDefault="00F1585A">
      <w:pPr>
        <w:pStyle w:val="Nagwek2"/>
      </w:pPr>
      <w:r>
        <w:t>§1. Organizator</w:t>
      </w:r>
    </w:p>
    <w:p w14:paraId="1CF2CB88" w14:textId="77777777" w:rsidR="004C00CC" w:rsidRDefault="00F1585A">
      <w:r>
        <w:t>Organizatorem konkursu jest Związek Dużych Rodzin „Trzy Plus” Oddział Wielkopolski</w:t>
      </w:r>
      <w:r>
        <w:br/>
        <w:t>Kontakt: elzbieta.majka@3plus.pl</w:t>
      </w:r>
    </w:p>
    <w:p w14:paraId="2976F4DA" w14:textId="77777777" w:rsidR="004C00CC" w:rsidRDefault="00F1585A">
      <w:pPr>
        <w:pStyle w:val="Nagwek2"/>
      </w:pPr>
      <w:r>
        <w:t>§2. Cel konkursu</w:t>
      </w:r>
    </w:p>
    <w:p w14:paraId="539C1DDF" w14:textId="77777777" w:rsidR="004C00CC" w:rsidRDefault="00F1585A">
      <w:r>
        <w:t>Celem konkursu jest wsparcie działań wolontariuszy poprzez:</w:t>
      </w:r>
      <w:r>
        <w:br/>
        <w:t>- rozwój inicjatyw rodzinnych i społecznych,</w:t>
      </w:r>
      <w:r>
        <w:br/>
        <w:t>- zwiększenie zaangażowania i samodzielności wolontariuszy,</w:t>
      </w:r>
      <w:r>
        <w:br/>
        <w:t>- promocję wartości rodzinnych i dobra wspólnego.</w:t>
      </w:r>
    </w:p>
    <w:p w14:paraId="2732C336" w14:textId="77777777" w:rsidR="004C00CC" w:rsidRDefault="00F1585A">
      <w:pPr>
        <w:pStyle w:val="Nagwek2"/>
      </w:pPr>
      <w:r>
        <w:t>§3. Kto może wziąć udział</w:t>
      </w:r>
    </w:p>
    <w:p w14:paraId="6177C83B" w14:textId="7974D143" w:rsidR="004C00CC" w:rsidRDefault="00F1585A">
      <w:proofErr w:type="spellStart"/>
      <w:r>
        <w:t>Uczestnikami</w:t>
      </w:r>
      <w:proofErr w:type="spellEnd"/>
      <w:r>
        <w:t xml:space="preserve"> </w:t>
      </w:r>
      <w:proofErr w:type="spellStart"/>
      <w:r>
        <w:t>konkursu</w:t>
      </w:r>
      <w:proofErr w:type="spellEnd"/>
      <w:r w:rsidR="00D476BE">
        <w:t xml:space="preserve"> (</w:t>
      </w:r>
      <w:proofErr w:type="spellStart"/>
      <w:r w:rsidR="00D476BE">
        <w:t>liderami</w:t>
      </w:r>
      <w:proofErr w:type="spellEnd"/>
      <w:r w:rsidR="00D476BE">
        <w:t xml:space="preserve"> </w:t>
      </w:r>
      <w:proofErr w:type="spellStart"/>
      <w:r w:rsidR="00D476BE">
        <w:t>projektu</w:t>
      </w:r>
      <w:proofErr w:type="spellEnd"/>
      <w:r w:rsidR="00D476BE">
        <w:t>)</w:t>
      </w:r>
      <w:r>
        <w:t xml:space="preserve"> </w:t>
      </w:r>
      <w:proofErr w:type="spellStart"/>
      <w:r>
        <w:t>mogą</w:t>
      </w:r>
      <w:proofErr w:type="spellEnd"/>
      <w:r>
        <w:t xml:space="preserve"> </w:t>
      </w:r>
      <w:proofErr w:type="spellStart"/>
      <w:r>
        <w:t>być</w:t>
      </w:r>
      <w:proofErr w:type="spellEnd"/>
      <w:r>
        <w:t xml:space="preserve"> </w:t>
      </w:r>
      <w:proofErr w:type="spellStart"/>
      <w:r>
        <w:t>wolontariusze</w:t>
      </w:r>
      <w:proofErr w:type="spellEnd"/>
      <w:r>
        <w:t xml:space="preserve"> ZDR „Trzy Plus” Oddział Wielkopolski:</w:t>
      </w:r>
      <w:r>
        <w:br/>
        <w:t>- indywidualnie lub w grupie (min. 2 osoby),</w:t>
      </w:r>
      <w:r>
        <w:br/>
        <w:t>- posiadający aktywny profil w Systemie Obsługi Wolontariatu (SOW).</w:t>
      </w:r>
    </w:p>
    <w:p w14:paraId="4B496290" w14:textId="77777777" w:rsidR="004C00CC" w:rsidRDefault="00F1585A">
      <w:pPr>
        <w:pStyle w:val="Nagwek2"/>
      </w:pPr>
      <w:r>
        <w:t>§4. Zakres i finansowanie</w:t>
      </w:r>
    </w:p>
    <w:p w14:paraId="59571410" w14:textId="26A70A01" w:rsidR="004C00CC" w:rsidRDefault="00D476BE">
      <w:r>
        <w:t xml:space="preserve">- W 2026 r. przyznanych </w:t>
      </w:r>
      <w:proofErr w:type="spellStart"/>
      <w:r>
        <w:t>zostanie</w:t>
      </w:r>
      <w:proofErr w:type="spellEnd"/>
      <w:r>
        <w:t xml:space="preserve"> do 12 </w:t>
      </w:r>
      <w:proofErr w:type="spellStart"/>
      <w:r>
        <w:t>minigrantów</w:t>
      </w:r>
      <w:proofErr w:type="spellEnd"/>
      <w:r>
        <w:t xml:space="preserve"> w </w:t>
      </w:r>
      <w:proofErr w:type="spellStart"/>
      <w:r>
        <w:t>kwotach</w:t>
      </w:r>
      <w:proofErr w:type="spellEnd"/>
      <w:r>
        <w:t xml:space="preserve"> 500 -</w:t>
      </w:r>
      <w:r w:rsidR="00F1585A">
        <w:t xml:space="preserve">1 500 </w:t>
      </w:r>
      <w:proofErr w:type="spellStart"/>
      <w:r w:rsidR="00F1585A">
        <w:t>zł</w:t>
      </w:r>
      <w:proofErr w:type="spellEnd"/>
      <w:r w:rsidR="00F1585A">
        <w:t xml:space="preserve"> </w:t>
      </w:r>
      <w:proofErr w:type="spellStart"/>
      <w:r w:rsidR="00F1585A">
        <w:t>każdy</w:t>
      </w:r>
      <w:proofErr w:type="spellEnd"/>
      <w:r w:rsidR="00F1585A">
        <w:t>.</w:t>
      </w:r>
      <w:r w:rsidR="00F1585A">
        <w:br/>
        <w:t xml:space="preserve">- Projekty mogą dotyczyć m.in. </w:t>
      </w:r>
      <w:proofErr w:type="spellStart"/>
      <w:r w:rsidR="00F1585A">
        <w:t>działań</w:t>
      </w:r>
      <w:proofErr w:type="spellEnd"/>
      <w:r w:rsidR="00F1585A">
        <w:t xml:space="preserve"> </w:t>
      </w:r>
      <w:r>
        <w:t xml:space="preserve">w </w:t>
      </w:r>
      <w:proofErr w:type="spellStart"/>
      <w:r>
        <w:t>ramach</w:t>
      </w:r>
      <w:proofErr w:type="spellEnd"/>
      <w:r>
        <w:t xml:space="preserve"> </w:t>
      </w:r>
      <w:proofErr w:type="spellStart"/>
      <w:r>
        <w:t>organizacji</w:t>
      </w:r>
      <w:proofErr w:type="spellEnd"/>
      <w:r>
        <w:t xml:space="preserve"> </w:t>
      </w:r>
      <w:proofErr w:type="spellStart"/>
      <w:r>
        <w:t>Tygodnia</w:t>
      </w:r>
      <w:proofErr w:type="spellEnd"/>
      <w:r>
        <w:t xml:space="preserve"> </w:t>
      </w:r>
      <w:proofErr w:type="spellStart"/>
      <w:r>
        <w:t>Małżeństwa</w:t>
      </w:r>
      <w:proofErr w:type="spellEnd"/>
      <w:r>
        <w:t xml:space="preserve">, </w:t>
      </w:r>
      <w:proofErr w:type="spellStart"/>
      <w:r>
        <w:t>wydarzeń</w:t>
      </w:r>
      <w:proofErr w:type="spellEnd"/>
      <w:r>
        <w:t xml:space="preserve"> </w:t>
      </w:r>
      <w:proofErr w:type="spellStart"/>
      <w:r w:rsidR="00F1585A">
        <w:t>świątecznych</w:t>
      </w:r>
      <w:proofErr w:type="spellEnd"/>
      <w:r w:rsidR="00F1585A">
        <w:t xml:space="preserve">, </w:t>
      </w:r>
      <w:proofErr w:type="spellStart"/>
      <w:r w:rsidR="00F1585A">
        <w:t>międzypokoleniowych</w:t>
      </w:r>
      <w:proofErr w:type="spellEnd"/>
      <w:r w:rsidR="00F1585A">
        <w:t xml:space="preserve">, </w:t>
      </w:r>
      <w:proofErr w:type="spellStart"/>
      <w:r w:rsidR="00F1585A">
        <w:t>edukacyjnych</w:t>
      </w:r>
      <w:proofErr w:type="spellEnd"/>
      <w:r w:rsidR="00F1585A">
        <w:t xml:space="preserve"> </w:t>
      </w:r>
      <w:proofErr w:type="spellStart"/>
      <w:r w:rsidR="00F1585A">
        <w:t>i</w:t>
      </w:r>
      <w:proofErr w:type="spellEnd"/>
      <w:r w:rsidR="00F1585A">
        <w:t xml:space="preserve"> integracyjnych.</w:t>
      </w:r>
      <w:r w:rsidR="00F1585A">
        <w:br/>
        <w:t>- Środki przeka</w:t>
      </w:r>
      <w:r>
        <w:t xml:space="preserve">zywane </w:t>
      </w:r>
      <w:proofErr w:type="spellStart"/>
      <w:r>
        <w:t>są</w:t>
      </w:r>
      <w:proofErr w:type="spellEnd"/>
      <w:r>
        <w:t xml:space="preserve"> w </w:t>
      </w:r>
      <w:proofErr w:type="spellStart"/>
      <w:r>
        <w:t>formie</w:t>
      </w:r>
      <w:proofErr w:type="spellEnd"/>
      <w:r>
        <w:t xml:space="preserve"> </w:t>
      </w:r>
      <w:proofErr w:type="spellStart"/>
      <w:r>
        <w:t>zaliczki</w:t>
      </w:r>
      <w:proofErr w:type="spellEnd"/>
      <w:r>
        <w:t xml:space="preserve">, </w:t>
      </w:r>
      <w:proofErr w:type="spellStart"/>
      <w:r>
        <w:t>refundacji</w:t>
      </w:r>
      <w:proofErr w:type="spellEnd"/>
      <w:r>
        <w:t xml:space="preserve"> </w:t>
      </w:r>
      <w:proofErr w:type="spellStart"/>
      <w:r>
        <w:t>lub</w:t>
      </w:r>
      <w:proofErr w:type="spellEnd"/>
      <w:r>
        <w:t xml:space="preserve"> </w:t>
      </w:r>
      <w:proofErr w:type="spellStart"/>
      <w:r>
        <w:t>bezpośredniego</w:t>
      </w:r>
      <w:proofErr w:type="spellEnd"/>
      <w:r>
        <w:t xml:space="preserve"> </w:t>
      </w:r>
      <w:proofErr w:type="spellStart"/>
      <w:r>
        <w:t>opłacania</w:t>
      </w:r>
      <w:proofErr w:type="spellEnd"/>
      <w:r>
        <w:t xml:space="preserve"> </w:t>
      </w:r>
      <w:proofErr w:type="spellStart"/>
      <w:r>
        <w:t>faktur</w:t>
      </w:r>
      <w:proofErr w:type="spellEnd"/>
      <w:r>
        <w:t>.</w:t>
      </w:r>
    </w:p>
    <w:p w14:paraId="7CA99D46" w14:textId="77777777" w:rsidR="004C00CC" w:rsidRDefault="00F1585A">
      <w:pPr>
        <w:pStyle w:val="Nagwek2"/>
      </w:pPr>
      <w:r>
        <w:t>§5. Jak złożyć wniosek</w:t>
      </w:r>
    </w:p>
    <w:p w14:paraId="1203831D" w14:textId="74FFF22D" w:rsidR="00F1585A" w:rsidRDefault="00F1585A">
      <w:r>
        <w:t>1. Wniosek składa lider zespołu wolontariuszy.</w:t>
      </w:r>
      <w:r>
        <w:br/>
        <w:t xml:space="preserve">2. </w:t>
      </w:r>
      <w:proofErr w:type="spellStart"/>
      <w:r>
        <w:t>Formularz</w:t>
      </w:r>
      <w:proofErr w:type="spellEnd"/>
      <w:r>
        <w:t xml:space="preserve"> </w:t>
      </w:r>
      <w:proofErr w:type="spellStart"/>
      <w:r>
        <w:t>wniosku</w:t>
      </w:r>
      <w:proofErr w:type="spellEnd"/>
      <w:r>
        <w:t xml:space="preserve"> </w:t>
      </w:r>
      <w:proofErr w:type="spellStart"/>
      <w:r>
        <w:t>dostępny</w:t>
      </w:r>
      <w:proofErr w:type="spellEnd"/>
      <w:r>
        <w:t xml:space="preserve"> jest </w:t>
      </w:r>
      <w:proofErr w:type="spellStart"/>
      <w:r>
        <w:t>na</w:t>
      </w:r>
      <w:proofErr w:type="spellEnd"/>
      <w:r>
        <w:t xml:space="preserve"> </w:t>
      </w:r>
      <w:proofErr w:type="spellStart"/>
      <w:r>
        <w:t>stronie</w:t>
      </w:r>
      <w:proofErr w:type="spellEnd"/>
      <w:r>
        <w:t xml:space="preserve"> www.wielkopolska.3plus.pl</w:t>
      </w:r>
      <w:r w:rsidR="00D476BE">
        <w:t>.</w:t>
      </w:r>
      <w:r w:rsidR="00D476BE">
        <w:br/>
        <w:t xml:space="preserve">3. </w:t>
      </w:r>
      <w:proofErr w:type="spellStart"/>
      <w:r w:rsidR="00D476BE">
        <w:t>Wnioski</w:t>
      </w:r>
      <w:proofErr w:type="spellEnd"/>
      <w:r w:rsidR="00D476BE">
        <w:t xml:space="preserve"> </w:t>
      </w:r>
      <w:proofErr w:type="spellStart"/>
      <w:r w:rsidR="00D476BE">
        <w:t>należy</w:t>
      </w:r>
      <w:proofErr w:type="spellEnd"/>
      <w:r w:rsidR="00D476BE">
        <w:t xml:space="preserve"> </w:t>
      </w:r>
      <w:proofErr w:type="spellStart"/>
      <w:r w:rsidR="00D476BE">
        <w:t>przesyłać</w:t>
      </w:r>
      <w:proofErr w:type="spellEnd"/>
      <w:r w:rsidR="00D476BE">
        <w:t xml:space="preserve"> </w:t>
      </w:r>
      <w:proofErr w:type="spellStart"/>
      <w:r w:rsidR="00D476BE">
        <w:t>od</w:t>
      </w:r>
      <w:proofErr w:type="spellEnd"/>
      <w:r w:rsidR="00D476BE">
        <w:t xml:space="preserve"> </w:t>
      </w:r>
      <w:proofErr w:type="spellStart"/>
      <w:r w:rsidR="00D476BE">
        <w:t>dnia</w:t>
      </w:r>
      <w:proofErr w:type="spellEnd"/>
      <w:r w:rsidR="00D476BE">
        <w:t xml:space="preserve"> 20.01.2026 do </w:t>
      </w:r>
      <w:proofErr w:type="spellStart"/>
      <w:r w:rsidR="00D476BE">
        <w:t>wyczerpania</w:t>
      </w:r>
      <w:proofErr w:type="spellEnd"/>
      <w:r w:rsidR="00D476BE">
        <w:t xml:space="preserve"> </w:t>
      </w:r>
      <w:proofErr w:type="spellStart"/>
      <w:r w:rsidR="00D476BE">
        <w:t>środków</w:t>
      </w:r>
      <w:proofErr w:type="spellEnd"/>
      <w:r>
        <w:t xml:space="preserve"> :</w:t>
      </w:r>
      <w:r>
        <w:br/>
        <w:t xml:space="preserve">   - </w:t>
      </w:r>
      <w:proofErr w:type="spellStart"/>
      <w:r>
        <w:t>elektronicznie</w:t>
      </w:r>
      <w:proofErr w:type="spellEnd"/>
      <w:r>
        <w:t xml:space="preserve"> (</w:t>
      </w:r>
      <w:proofErr w:type="spellStart"/>
      <w:r>
        <w:t>podpisany</w:t>
      </w:r>
      <w:proofErr w:type="spellEnd"/>
      <w:r>
        <w:t xml:space="preserve"> </w:t>
      </w:r>
      <w:proofErr w:type="spellStart"/>
      <w:r>
        <w:t>skan</w:t>
      </w:r>
      <w:proofErr w:type="spellEnd"/>
      <w:r>
        <w:t xml:space="preserve">) </w:t>
      </w:r>
      <w:proofErr w:type="spellStart"/>
      <w:r>
        <w:t>na</w:t>
      </w:r>
      <w:proofErr w:type="spellEnd"/>
      <w:r>
        <w:t xml:space="preserve"> adres: wielkopolska@3plus.pl, lub</w:t>
      </w:r>
      <w:r>
        <w:br/>
        <w:t xml:space="preserve">   - pocztą na adres: os. </w:t>
      </w:r>
      <w:proofErr w:type="spellStart"/>
      <w:r>
        <w:t>Wielkopolskie</w:t>
      </w:r>
      <w:proofErr w:type="spellEnd"/>
      <w:r>
        <w:t xml:space="preserve"> 6, 62-020 </w:t>
      </w:r>
      <w:proofErr w:type="spellStart"/>
      <w:r>
        <w:t>Zalasewo</w:t>
      </w:r>
      <w:proofErr w:type="spellEnd"/>
      <w:r>
        <w:t>.</w:t>
      </w:r>
      <w:r>
        <w:br/>
        <w:t xml:space="preserve">4. </w:t>
      </w:r>
      <w:proofErr w:type="spellStart"/>
      <w:r>
        <w:t>Jeden</w:t>
      </w:r>
      <w:proofErr w:type="spellEnd"/>
      <w:r>
        <w:t xml:space="preserve"> </w:t>
      </w:r>
      <w:proofErr w:type="spellStart"/>
      <w:r>
        <w:t>wolontariusz</w:t>
      </w:r>
      <w:proofErr w:type="spellEnd"/>
      <w:r>
        <w:t xml:space="preserve"> </w:t>
      </w:r>
      <w:proofErr w:type="spellStart"/>
      <w:r>
        <w:t>może</w:t>
      </w:r>
      <w:proofErr w:type="spellEnd"/>
      <w:r>
        <w:t xml:space="preserve"> </w:t>
      </w:r>
      <w:proofErr w:type="spellStart"/>
      <w:r>
        <w:t>być</w:t>
      </w:r>
      <w:proofErr w:type="spellEnd"/>
      <w:r>
        <w:t xml:space="preserve"> </w:t>
      </w:r>
      <w:proofErr w:type="spellStart"/>
      <w:r>
        <w:t>liderem</w:t>
      </w:r>
      <w:proofErr w:type="spellEnd"/>
      <w:r>
        <w:t xml:space="preserve"> </w:t>
      </w:r>
      <w:proofErr w:type="spellStart"/>
      <w:r>
        <w:t>tylko</w:t>
      </w:r>
      <w:proofErr w:type="spellEnd"/>
      <w:r>
        <w:t xml:space="preserve"> </w:t>
      </w:r>
      <w:proofErr w:type="spellStart"/>
      <w:r>
        <w:t>jednego</w:t>
      </w:r>
      <w:proofErr w:type="spellEnd"/>
      <w:r>
        <w:t xml:space="preserve"> </w:t>
      </w:r>
      <w:proofErr w:type="spellStart"/>
      <w:r>
        <w:t>projektu</w:t>
      </w:r>
      <w:proofErr w:type="spellEnd"/>
      <w:r>
        <w:t>.</w:t>
      </w:r>
    </w:p>
    <w:p w14:paraId="2BC9AC9A" w14:textId="77777777" w:rsidR="004C00CC" w:rsidRDefault="00F1585A">
      <w:pPr>
        <w:pStyle w:val="Nagwek2"/>
      </w:pPr>
      <w:r>
        <w:t>§6. Ocena wniosków</w:t>
      </w:r>
    </w:p>
    <w:p w14:paraId="72EF6B35" w14:textId="6AFACC56" w:rsidR="004C00CC" w:rsidRDefault="00F1585A">
      <w:r>
        <w:t>Wnioski ocenia Komisja Konkursowa według kryteriów:</w:t>
      </w:r>
      <w:r>
        <w:br/>
        <w:t>- zgodność z celami programu i misją ZDR,</w:t>
      </w:r>
      <w:r>
        <w:br/>
        <w:t>- pomysłowość i wartość społeczna projektu,</w:t>
      </w:r>
      <w:r>
        <w:br/>
        <w:t>- realność planu i budżetu,</w:t>
      </w:r>
      <w:r>
        <w:br/>
        <w:t>- zaangażowanie wolontariuszy,</w:t>
      </w:r>
      <w:r>
        <w:br/>
        <w:t>- promocja wolontariatu rodzinnego.</w:t>
      </w:r>
      <w:r>
        <w:br/>
        <w:t>Wyn</w:t>
      </w:r>
      <w:r w:rsidR="00D476BE">
        <w:t xml:space="preserve">iki zostaną ogłoszone w </w:t>
      </w:r>
      <w:proofErr w:type="spellStart"/>
      <w:r w:rsidR="00D476BE">
        <w:t>ciągu</w:t>
      </w:r>
      <w:proofErr w:type="spellEnd"/>
      <w:r w:rsidR="00D476BE">
        <w:t xml:space="preserve"> 10 </w:t>
      </w:r>
      <w:proofErr w:type="spellStart"/>
      <w:r w:rsidR="00D476BE">
        <w:t>dni</w:t>
      </w:r>
      <w:proofErr w:type="spellEnd"/>
      <w:r w:rsidR="00D476BE">
        <w:t xml:space="preserve"> </w:t>
      </w:r>
      <w:proofErr w:type="spellStart"/>
      <w:r w:rsidR="00D476BE">
        <w:t>od</w:t>
      </w:r>
      <w:proofErr w:type="spellEnd"/>
      <w:r w:rsidR="00D476BE">
        <w:t xml:space="preserve"> </w:t>
      </w:r>
      <w:proofErr w:type="spellStart"/>
      <w:r w:rsidR="00D476BE">
        <w:t>momentu</w:t>
      </w:r>
      <w:proofErr w:type="spellEnd"/>
      <w:r w:rsidR="00D476BE">
        <w:t xml:space="preserve"> </w:t>
      </w:r>
      <w:proofErr w:type="spellStart"/>
      <w:r w:rsidR="00D476BE">
        <w:t>wpłynięcia</w:t>
      </w:r>
      <w:proofErr w:type="spellEnd"/>
      <w:r w:rsidR="00D476BE">
        <w:t xml:space="preserve"> </w:t>
      </w:r>
      <w:proofErr w:type="spellStart"/>
      <w:r w:rsidR="00D476BE">
        <w:t>zgłoszenia</w:t>
      </w:r>
      <w:proofErr w:type="spellEnd"/>
      <w:r w:rsidR="00D476BE">
        <w:t xml:space="preserve"> do </w:t>
      </w:r>
      <w:proofErr w:type="spellStart"/>
      <w:r w:rsidR="00D476BE">
        <w:t>konkursu</w:t>
      </w:r>
      <w:proofErr w:type="spellEnd"/>
      <w:r>
        <w:t>.</w:t>
      </w:r>
    </w:p>
    <w:p w14:paraId="65F0B33B" w14:textId="77777777" w:rsidR="004C00CC" w:rsidRDefault="00F1585A">
      <w:pPr>
        <w:pStyle w:val="Nagwek2"/>
      </w:pPr>
      <w:r>
        <w:lastRenderedPageBreak/>
        <w:t>§7. Koszty kwalifikowane i niekwalifikowane</w:t>
      </w:r>
    </w:p>
    <w:p w14:paraId="5E18DCB0" w14:textId="77777777" w:rsidR="004C00CC" w:rsidRDefault="00F1585A">
      <w:r>
        <w:t>Koszty kwalifikowane:</w:t>
      </w:r>
      <w:r>
        <w:br/>
        <w:t>- wszystkie koszty niezbędne dla prawidłowej realizacji zgłaszanego projektu, za wyjątkiem kosztów niekwalifikowanych.</w:t>
      </w:r>
      <w:r>
        <w:br/>
      </w:r>
      <w:r>
        <w:br/>
        <w:t>Koszty niekwalifikowane:</w:t>
      </w:r>
      <w:r>
        <w:br/>
        <w:t>- wynagrodzenia realizatorów,</w:t>
      </w:r>
      <w:r>
        <w:br/>
        <w:t>- zakup sprzętu trwałego o wartości powyżej 1 000 zł,</w:t>
      </w:r>
      <w:r>
        <w:br/>
        <w:t>- działania polityczne, religijne lub komercyjne,</w:t>
      </w:r>
      <w:r>
        <w:br/>
        <w:t>- wkład własny do innych projektów,</w:t>
      </w:r>
      <w:r>
        <w:br/>
        <w:t>- finansowanie bieżącej działalności Organizatora.</w:t>
      </w:r>
    </w:p>
    <w:p w14:paraId="7AD7283F" w14:textId="77777777" w:rsidR="004C00CC" w:rsidRDefault="00F1585A">
      <w:pPr>
        <w:pStyle w:val="Nagwek2"/>
      </w:pPr>
      <w:r>
        <w:t>§8. Realizacja i rozliczenie</w:t>
      </w:r>
    </w:p>
    <w:p w14:paraId="2B2FF0B3" w14:textId="7743DDE6" w:rsidR="004C00CC" w:rsidRDefault="00F1585A">
      <w:r>
        <w:t>1. Po przyznaniu grantu Organizator zawiera z liderem umowę o realizację projektu.</w:t>
      </w:r>
      <w:r>
        <w:br/>
        <w:t>2. Wydatki muszą być udokumentowane fakturami lub rachunkami wystawionymi na Organizatora.</w:t>
      </w:r>
      <w:r>
        <w:br/>
        <w:t>3. Sprawozdanie z realizacji należy złożyć w ciągu 14 dni po zakończeni</w:t>
      </w:r>
      <w:r w:rsidR="00241BBE">
        <w:t>u działań, nie później niż do 20 grudnia 2026</w:t>
      </w:r>
      <w:bookmarkStart w:id="0" w:name="_GoBack"/>
      <w:bookmarkEnd w:id="0"/>
      <w:r>
        <w:t xml:space="preserve"> r.</w:t>
      </w:r>
      <w:r>
        <w:br/>
        <w:t>4. Brak rozliczenia lub naruszenie zasad skutkuje obowiązkiem zwrotu środków.</w:t>
      </w:r>
      <w:r>
        <w:br/>
        <w:t>5. Projekty muszą zawierać logotypy: NIW-CRSO, Korpus Solidarności, ZDR „Trzy Plus”.</w:t>
      </w:r>
    </w:p>
    <w:p w14:paraId="6931C796" w14:textId="77777777" w:rsidR="004C00CC" w:rsidRDefault="00F1585A">
      <w:pPr>
        <w:pStyle w:val="Nagwek2"/>
      </w:pPr>
      <w:r>
        <w:t>§9. Ochrona danych osobowych</w:t>
      </w:r>
    </w:p>
    <w:p w14:paraId="35C2A70D" w14:textId="77777777" w:rsidR="004C00CC" w:rsidRDefault="00F1585A">
      <w:r>
        <w:t>Administratorem danych osobowych jest Związek Dużych Rodzin „Trzy Plus” Oddział Wielkopolski, ul. Zakopiańska 217, 60-467 Poznań.</w:t>
      </w:r>
      <w:r>
        <w:br/>
        <w:t>Dane przetwarzane są wyłącznie w celu realizacji konkursu. Uczestnikom przysługuje prawo dostępu i poprawiania danych.</w:t>
      </w:r>
    </w:p>
    <w:p w14:paraId="078F643C" w14:textId="77777777" w:rsidR="004C00CC" w:rsidRDefault="00F1585A">
      <w:pPr>
        <w:pStyle w:val="Nagwek2"/>
      </w:pPr>
      <w:r>
        <w:t>§10. Postanowienia końcowe</w:t>
      </w:r>
    </w:p>
    <w:p w14:paraId="2305025A" w14:textId="77777777" w:rsidR="004C00CC" w:rsidRDefault="00F1585A">
      <w:r>
        <w:t>1. Regulamin dostępny jest w biurze i na stronie Organizatora.</w:t>
      </w:r>
      <w:r>
        <w:br/>
        <w:t>2. Organizator może wprowadzać zmiany wynikające z wytycznych NIW-CRSO.</w:t>
      </w:r>
      <w:r>
        <w:br/>
        <w:t>3. W sprawach nieuregulowanych decyduje Organizator.</w:t>
      </w:r>
      <w:r>
        <w:br/>
        <w:t>4. Udział w konkursie oznacza akceptację niniejszego regulaminu.</w:t>
      </w:r>
    </w:p>
    <w:sectPr w:rsidR="004C00CC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731936" w14:textId="77777777" w:rsidR="00C70744" w:rsidRDefault="00C70744" w:rsidP="006931D0">
      <w:pPr>
        <w:spacing w:after="0" w:line="240" w:lineRule="auto"/>
      </w:pPr>
      <w:r>
        <w:separator/>
      </w:r>
    </w:p>
  </w:endnote>
  <w:endnote w:type="continuationSeparator" w:id="0">
    <w:p w14:paraId="6C1905C6" w14:textId="77777777" w:rsidR="00C70744" w:rsidRDefault="00C70744" w:rsidP="006931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0A43AD" w14:textId="77777777" w:rsidR="00E465BB" w:rsidRDefault="00E465B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518E39" w14:textId="0C25B3AB" w:rsidR="006931D0" w:rsidRPr="006931D0" w:rsidRDefault="006931D0">
    <w:pPr>
      <w:pStyle w:val="Stopka"/>
      <w:rPr>
        <w:sz w:val="20"/>
        <w:szCs w:val="20"/>
      </w:rPr>
    </w:pPr>
    <w:r w:rsidRPr="006931D0">
      <w:rPr>
        <w:sz w:val="20"/>
        <w:szCs w:val="20"/>
        <w:lang w:val="pl-PL"/>
      </w:rPr>
      <w:t>Projekt “Radość Dawania” sfinansowany przez Narodowy Instytut Wolności – Centrum Rozwoju Społeczeństwa Obywatelskiego ze środków programu „Korpus Solidarności – Rządowy Program Wspierania i Rozwoju Wolontariatu Systematycznego na lata 2028 – 2030".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7DB383" w14:textId="77777777" w:rsidR="00E465BB" w:rsidRDefault="00E465B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ABCE16" w14:textId="77777777" w:rsidR="00C70744" w:rsidRDefault="00C70744" w:rsidP="006931D0">
      <w:pPr>
        <w:spacing w:after="0" w:line="240" w:lineRule="auto"/>
      </w:pPr>
      <w:r>
        <w:separator/>
      </w:r>
    </w:p>
  </w:footnote>
  <w:footnote w:type="continuationSeparator" w:id="0">
    <w:p w14:paraId="23344AA2" w14:textId="77777777" w:rsidR="00C70744" w:rsidRDefault="00C70744" w:rsidP="006931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71F8A7" w14:textId="77777777" w:rsidR="00E465BB" w:rsidRDefault="00E465B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C04994" w14:textId="39E39740" w:rsidR="006931D0" w:rsidRPr="006931D0" w:rsidRDefault="00E465BB" w:rsidP="006931D0">
    <w:pPr>
      <w:pStyle w:val="Nagwek"/>
    </w:pPr>
    <w:r>
      <w:rPr>
        <w:noProof/>
        <w:lang w:val="pl-PL" w:eastAsia="pl-PL"/>
      </w:rPr>
      <w:drawing>
        <wp:inline distT="0" distB="0" distL="0" distR="0" wp14:anchorId="7739D0CA" wp14:editId="3B1F4695">
          <wp:extent cx="5629275" cy="631577"/>
          <wp:effectExtent l="0" t="0" r="0" b="0"/>
          <wp:docPr id="1778902858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7826" cy="6336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5715F5" w14:textId="77777777" w:rsidR="00E465BB" w:rsidRDefault="00E465B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41BBE"/>
    <w:rsid w:val="00264928"/>
    <w:rsid w:val="0029639D"/>
    <w:rsid w:val="00326F90"/>
    <w:rsid w:val="004646D6"/>
    <w:rsid w:val="004C00CC"/>
    <w:rsid w:val="0062748D"/>
    <w:rsid w:val="006931D0"/>
    <w:rsid w:val="00696986"/>
    <w:rsid w:val="00AA1D8D"/>
    <w:rsid w:val="00B47730"/>
    <w:rsid w:val="00C70744"/>
    <w:rsid w:val="00C97893"/>
    <w:rsid w:val="00CB0664"/>
    <w:rsid w:val="00D476BE"/>
    <w:rsid w:val="00E465BB"/>
    <w:rsid w:val="00F1585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5CBF775"/>
  <w14:defaultImageDpi w14:val="300"/>
  <w15:docId w15:val="{23730C45-6BBA-41D6-BF30-F8483734C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nyWeb">
    <w:name w:val="Normal (Web)"/>
    <w:basedOn w:val="Normalny"/>
    <w:uiPriority w:val="99"/>
    <w:semiHidden/>
    <w:unhideWhenUsed/>
    <w:rsid w:val="006931D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14E3001-5A68-4935-93E3-B34E10F103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466</Words>
  <Characters>2801</Characters>
  <Application>Microsoft Office Word</Application>
  <DocSecurity>0</DocSecurity>
  <Lines>23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3261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Ela</cp:lastModifiedBy>
  <cp:revision>3</cp:revision>
  <dcterms:created xsi:type="dcterms:W3CDTF">2026-01-19T07:09:00Z</dcterms:created>
  <dcterms:modified xsi:type="dcterms:W3CDTF">2026-01-19T07:11:00Z</dcterms:modified>
  <cp:category/>
</cp:coreProperties>
</file>